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4E006D" w14:textId="77777777" w:rsidR="00E3263A" w:rsidRDefault="00E3263A" w:rsidP="00E3263A">
      <w:pPr>
        <w:jc w:val="right"/>
        <w:rPr>
          <w:b/>
          <w:bCs/>
          <w:lang w:val="it-IT"/>
        </w:rPr>
      </w:pPr>
      <w:r w:rsidRPr="00E3263A">
        <w:rPr>
          <w:b/>
          <w:bCs/>
          <w:lang w:val="it-IT"/>
        </w:rPr>
        <w:t>Alla cortese attenzione del Comune di Palau</w:t>
      </w:r>
      <w:r w:rsidRPr="00E3263A">
        <w:rPr>
          <w:b/>
          <w:bCs/>
          <w:lang w:val="it-IT"/>
        </w:rPr>
        <w:br/>
        <w:t>Ufficio Controllo Analogo e Società Partecipate</w:t>
      </w:r>
    </w:p>
    <w:p w14:paraId="5700C8E7" w14:textId="6B94F93A" w:rsidR="00AD3FC5" w:rsidRPr="00E3263A" w:rsidRDefault="00FD18D4" w:rsidP="00E3263A">
      <w:pPr>
        <w:jc w:val="both"/>
        <w:rPr>
          <w:b/>
          <w:bCs/>
          <w:lang w:val="it-IT"/>
        </w:rPr>
      </w:pPr>
      <w:r w:rsidRPr="00AD3FC5">
        <w:rPr>
          <w:lang w:val="it-IT"/>
        </w:rPr>
        <w:br/>
      </w:r>
      <w:r w:rsidR="00E3263A" w:rsidRPr="00E3263A">
        <w:rPr>
          <w:b/>
          <w:bCs/>
          <w:lang w:val="it-IT"/>
        </w:rPr>
        <w:t>OGGETTO: DOMANDA DI PARTECIPAZIONE ALLA SELEZIONE PER LA NOMINA DI AMMINISTRATORE UNICO DELL</w:t>
      </w:r>
      <w:r w:rsidR="00E3263A">
        <w:rPr>
          <w:b/>
          <w:bCs/>
          <w:lang w:val="it-IT"/>
        </w:rPr>
        <w:t>A/E</w:t>
      </w:r>
      <w:r w:rsidR="00E3263A" w:rsidRPr="00E3263A">
        <w:rPr>
          <w:b/>
          <w:bCs/>
          <w:lang w:val="it-IT"/>
        </w:rPr>
        <w:t xml:space="preserve"> SOCIETÀ IN HOUSE </w:t>
      </w:r>
    </w:p>
    <w:p w14:paraId="424B1AB5" w14:textId="77777777" w:rsidR="00E3263A" w:rsidRPr="00AD3FC5" w:rsidRDefault="00E3263A" w:rsidP="00E3263A">
      <w:pPr>
        <w:pStyle w:val="Paragrafoelenco"/>
        <w:ind w:left="764"/>
        <w:rPr>
          <w:lang w:val="it-IT"/>
        </w:rPr>
      </w:pPr>
    </w:p>
    <w:p w14:paraId="6BAA9376" w14:textId="77777777" w:rsidR="00F13618" w:rsidRPr="00E3263A" w:rsidRDefault="00FD18D4">
      <w:pPr>
        <w:pStyle w:val="Titolo2"/>
        <w:rPr>
          <w:color w:val="auto"/>
          <w:lang w:val="it-IT"/>
        </w:rPr>
      </w:pPr>
      <w:r w:rsidRPr="00E3263A">
        <w:rPr>
          <w:color w:val="auto"/>
          <w:lang w:val="it-IT"/>
        </w:rPr>
        <w:t>Il/La sottoscritto/a</w:t>
      </w:r>
    </w:p>
    <w:p w14:paraId="09E812B4" w14:textId="77777777" w:rsidR="00F13618" w:rsidRPr="00AD3FC5" w:rsidRDefault="00FD18D4">
      <w:pPr>
        <w:rPr>
          <w:lang w:val="it-IT"/>
        </w:rPr>
      </w:pPr>
      <w:r w:rsidRPr="00AD3FC5">
        <w:rPr>
          <w:lang w:val="it-IT"/>
        </w:rPr>
        <w:t>Nome e Cognome: _______________________________</w:t>
      </w:r>
    </w:p>
    <w:p w14:paraId="2722282F" w14:textId="77777777" w:rsidR="00F13618" w:rsidRPr="00AD3FC5" w:rsidRDefault="00FD18D4">
      <w:pPr>
        <w:rPr>
          <w:lang w:val="it-IT"/>
        </w:rPr>
      </w:pPr>
      <w:r w:rsidRPr="00AD3FC5">
        <w:rPr>
          <w:lang w:val="it-IT"/>
        </w:rPr>
        <w:t>Nato/a a: _______________________________</w:t>
      </w:r>
    </w:p>
    <w:p w14:paraId="646C4DAB" w14:textId="77777777" w:rsidR="00F13618" w:rsidRPr="00AD3FC5" w:rsidRDefault="00FD18D4">
      <w:pPr>
        <w:rPr>
          <w:lang w:val="it-IT"/>
        </w:rPr>
      </w:pPr>
      <w:r w:rsidRPr="00AD3FC5">
        <w:rPr>
          <w:lang w:val="it-IT"/>
        </w:rPr>
        <w:t>Il: ____ / ____ / ________</w:t>
      </w:r>
    </w:p>
    <w:p w14:paraId="29EC749C" w14:textId="77777777" w:rsidR="00F13618" w:rsidRPr="00AD3FC5" w:rsidRDefault="00FD18D4">
      <w:pPr>
        <w:rPr>
          <w:lang w:val="it-IT"/>
        </w:rPr>
      </w:pPr>
      <w:r w:rsidRPr="00AD3FC5">
        <w:rPr>
          <w:lang w:val="it-IT"/>
        </w:rPr>
        <w:t>Residente a: _______________________________</w:t>
      </w:r>
    </w:p>
    <w:p w14:paraId="6F425631" w14:textId="77777777" w:rsidR="00F13618" w:rsidRPr="00AD3FC5" w:rsidRDefault="00FD18D4">
      <w:pPr>
        <w:rPr>
          <w:lang w:val="it-IT"/>
        </w:rPr>
      </w:pPr>
      <w:r w:rsidRPr="00AD3FC5">
        <w:rPr>
          <w:lang w:val="it-IT"/>
        </w:rPr>
        <w:t>Via: _______________________________</w:t>
      </w:r>
    </w:p>
    <w:p w14:paraId="5EF1879E" w14:textId="77777777" w:rsidR="00F13618" w:rsidRPr="00AD3FC5" w:rsidRDefault="00FD18D4">
      <w:pPr>
        <w:rPr>
          <w:lang w:val="it-IT"/>
        </w:rPr>
      </w:pPr>
      <w:r w:rsidRPr="00AD3FC5">
        <w:rPr>
          <w:lang w:val="it-IT"/>
        </w:rPr>
        <w:t>Provincia: _______________________________</w:t>
      </w:r>
    </w:p>
    <w:p w14:paraId="72EC8EF0" w14:textId="77777777" w:rsidR="00F13618" w:rsidRPr="00AD3FC5" w:rsidRDefault="00FD18D4">
      <w:pPr>
        <w:rPr>
          <w:lang w:val="it-IT"/>
        </w:rPr>
      </w:pPr>
      <w:r w:rsidRPr="00AD3FC5">
        <w:rPr>
          <w:lang w:val="it-IT"/>
        </w:rPr>
        <w:t>CAP: _______________________________</w:t>
      </w:r>
    </w:p>
    <w:p w14:paraId="78348585" w14:textId="77777777" w:rsidR="00F13618" w:rsidRPr="00AD3FC5" w:rsidRDefault="00FD18D4">
      <w:pPr>
        <w:rPr>
          <w:lang w:val="it-IT"/>
        </w:rPr>
      </w:pPr>
      <w:r w:rsidRPr="00AD3FC5">
        <w:rPr>
          <w:lang w:val="it-IT"/>
        </w:rPr>
        <w:t>Codice Fiscale: _______________________________</w:t>
      </w:r>
    </w:p>
    <w:p w14:paraId="11F334BB" w14:textId="77777777" w:rsidR="00F13618" w:rsidRPr="00AD3FC5" w:rsidRDefault="00FD18D4">
      <w:pPr>
        <w:rPr>
          <w:lang w:val="it-IT"/>
        </w:rPr>
      </w:pPr>
      <w:r w:rsidRPr="00AD3FC5">
        <w:rPr>
          <w:lang w:val="it-IT"/>
        </w:rPr>
        <w:t>PEC: _______________________________</w:t>
      </w:r>
    </w:p>
    <w:p w14:paraId="3A3AB5B0" w14:textId="77777777" w:rsidR="00F13618" w:rsidRPr="00AD3FC5" w:rsidRDefault="00FD18D4">
      <w:pPr>
        <w:rPr>
          <w:lang w:val="it-IT"/>
        </w:rPr>
      </w:pPr>
      <w:r w:rsidRPr="00AD3FC5">
        <w:rPr>
          <w:lang w:val="it-IT"/>
        </w:rPr>
        <w:t>Telefono: _______________________________</w:t>
      </w:r>
    </w:p>
    <w:p w14:paraId="7958ECE9" w14:textId="77777777" w:rsidR="00F13618" w:rsidRPr="00E3263A" w:rsidRDefault="00FD18D4" w:rsidP="00E3263A">
      <w:pPr>
        <w:pStyle w:val="Titolo2"/>
        <w:jc w:val="center"/>
        <w:rPr>
          <w:color w:val="auto"/>
          <w:lang w:val="it-IT"/>
        </w:rPr>
      </w:pPr>
      <w:r w:rsidRPr="00E3263A">
        <w:rPr>
          <w:color w:val="auto"/>
          <w:lang w:val="it-IT"/>
        </w:rPr>
        <w:t>DICHIARA</w:t>
      </w:r>
    </w:p>
    <w:p w14:paraId="1D503C70" w14:textId="564C63F3" w:rsidR="00E3263A" w:rsidRDefault="00E3263A" w:rsidP="00E3263A">
      <w:pPr>
        <w:jc w:val="both"/>
        <w:rPr>
          <w:lang w:val="it-IT"/>
        </w:rPr>
      </w:pPr>
      <w:r w:rsidRPr="00E3263A">
        <w:rPr>
          <w:lang w:val="it-IT"/>
        </w:rPr>
        <w:t>sotto la propria responsabilità ed ai sensi e per gli effetti delle disposizioni contenute nel D.P.R. 445/2000:</w:t>
      </w:r>
    </w:p>
    <w:p w14:paraId="4C99D1AE" w14:textId="1C2B4293" w:rsidR="00B45054" w:rsidRDefault="00B45054" w:rsidP="00B45054">
      <w:pPr>
        <w:pStyle w:val="Paragrafoelenco"/>
        <w:numPr>
          <w:ilvl w:val="0"/>
          <w:numId w:val="14"/>
        </w:numPr>
        <w:jc w:val="both"/>
        <w:rPr>
          <w:lang w:val="it-IT"/>
        </w:rPr>
      </w:pPr>
      <w:r>
        <w:rPr>
          <w:lang w:val="it-IT"/>
        </w:rPr>
        <w:t>di candidarsi per una o entrambe le società di seguito indicate (barrare con una X)</w:t>
      </w:r>
    </w:p>
    <w:p w14:paraId="4D5D0E3D" w14:textId="77777777" w:rsidR="00B45054" w:rsidRPr="00AD3FC5" w:rsidRDefault="00B45054" w:rsidP="00B45054">
      <w:pPr>
        <w:pStyle w:val="Paragrafoelenco"/>
        <w:numPr>
          <w:ilvl w:val="1"/>
          <w:numId w:val="14"/>
        </w:numPr>
        <w:rPr>
          <w:lang w:val="pt-PT"/>
        </w:rPr>
      </w:pPr>
      <w:r w:rsidRPr="00AD3FC5">
        <w:rPr>
          <w:lang w:val="pt-PT"/>
        </w:rPr>
        <w:t xml:space="preserve">Palau Porto S.r.l. </w:t>
      </w:r>
    </w:p>
    <w:p w14:paraId="05F80FF5" w14:textId="77777777" w:rsidR="00B45054" w:rsidRDefault="00B45054" w:rsidP="00B45054">
      <w:pPr>
        <w:pStyle w:val="Paragrafoelenco"/>
        <w:numPr>
          <w:ilvl w:val="1"/>
          <w:numId w:val="14"/>
        </w:numPr>
        <w:rPr>
          <w:lang w:val="it-IT"/>
        </w:rPr>
      </w:pPr>
      <w:r w:rsidRPr="00AD3FC5">
        <w:rPr>
          <w:lang w:val="it-IT"/>
        </w:rPr>
        <w:t>Palau Servizi Turismo S.r.l.</w:t>
      </w:r>
    </w:p>
    <w:p w14:paraId="6E7D0606" w14:textId="77777777" w:rsidR="00B45054" w:rsidRPr="00B45054" w:rsidRDefault="00B45054" w:rsidP="00B45054">
      <w:pPr>
        <w:pStyle w:val="Paragrafoelenco"/>
        <w:jc w:val="both"/>
        <w:rPr>
          <w:lang w:val="it-IT"/>
        </w:rPr>
      </w:pPr>
    </w:p>
    <w:p w14:paraId="4354DE51" w14:textId="691D9E8A" w:rsidR="00247279" w:rsidRDefault="00247279" w:rsidP="00247279">
      <w:pPr>
        <w:pStyle w:val="Paragrafoelenco"/>
        <w:numPr>
          <w:ilvl w:val="0"/>
          <w:numId w:val="13"/>
        </w:numPr>
        <w:jc w:val="both"/>
        <w:rPr>
          <w:lang w:val="it-IT"/>
        </w:rPr>
      </w:pPr>
      <w:r w:rsidRPr="00247279">
        <w:rPr>
          <w:lang w:val="it-IT"/>
        </w:rPr>
        <w:t>di essere in possesso della seguente Cittadinanza _____________</w:t>
      </w:r>
      <w:r>
        <w:rPr>
          <w:lang w:val="it-IT"/>
        </w:rPr>
        <w:t>____________</w:t>
      </w:r>
      <w:r w:rsidRPr="00247279">
        <w:rPr>
          <w:lang w:val="it-IT"/>
        </w:rPr>
        <w:t>__</w:t>
      </w:r>
    </w:p>
    <w:p w14:paraId="3B8D15E2" w14:textId="7BE70DF1" w:rsidR="00247279" w:rsidRPr="00247279" w:rsidRDefault="00247279" w:rsidP="00247279">
      <w:pPr>
        <w:pStyle w:val="Paragrafoelenco"/>
        <w:numPr>
          <w:ilvl w:val="0"/>
          <w:numId w:val="13"/>
        </w:numPr>
        <w:jc w:val="both"/>
        <w:rPr>
          <w:lang w:val="it-IT"/>
        </w:rPr>
      </w:pPr>
      <w:r>
        <w:rPr>
          <w:lang w:val="it-IT"/>
        </w:rPr>
        <w:t>d</w:t>
      </w:r>
      <w:r w:rsidRPr="00247279">
        <w:rPr>
          <w:lang w:val="it-IT"/>
        </w:rPr>
        <w:t>i essere iscritto alle liste elettorali del Comune di ______________________</w:t>
      </w:r>
      <w:r>
        <w:rPr>
          <w:lang w:val="it-IT"/>
        </w:rPr>
        <w:t>__</w:t>
      </w:r>
      <w:r w:rsidRPr="00247279">
        <w:rPr>
          <w:lang w:val="it-IT"/>
        </w:rPr>
        <w:t>__</w:t>
      </w:r>
    </w:p>
    <w:p w14:paraId="6385ADE3" w14:textId="74A26149" w:rsidR="00F13618" w:rsidRPr="00E3263A" w:rsidRDefault="00FD18D4" w:rsidP="00E3263A">
      <w:pPr>
        <w:pStyle w:val="Paragrafoelenco"/>
        <w:numPr>
          <w:ilvl w:val="0"/>
          <w:numId w:val="11"/>
        </w:numPr>
        <w:rPr>
          <w:lang w:val="it-IT"/>
        </w:rPr>
      </w:pPr>
      <w:r w:rsidRPr="00E3263A">
        <w:rPr>
          <w:lang w:val="it-IT"/>
        </w:rPr>
        <w:t>di essere in possesso del seguente titolo di studio: ______</w:t>
      </w:r>
      <w:r w:rsidR="00E3263A" w:rsidRPr="00E3263A">
        <w:rPr>
          <w:lang w:val="it-IT"/>
        </w:rPr>
        <w:t>_______________________________________________________________</w:t>
      </w:r>
      <w:r w:rsidRPr="00E3263A">
        <w:rPr>
          <w:lang w:val="it-IT"/>
        </w:rPr>
        <w:t>___________________________</w:t>
      </w:r>
      <w:r w:rsidRPr="00E3263A">
        <w:rPr>
          <w:lang w:val="it-IT"/>
        </w:rPr>
        <w:t>;</w:t>
      </w:r>
    </w:p>
    <w:p w14:paraId="1A6CD86D" w14:textId="6E272E06" w:rsidR="00F13618" w:rsidRPr="00E3263A" w:rsidRDefault="00FD18D4" w:rsidP="00E3263A">
      <w:pPr>
        <w:pStyle w:val="Paragrafoelenco"/>
        <w:numPr>
          <w:ilvl w:val="0"/>
          <w:numId w:val="11"/>
        </w:numPr>
        <w:rPr>
          <w:lang w:val="it-IT"/>
        </w:rPr>
      </w:pPr>
      <w:r w:rsidRPr="00E3263A">
        <w:rPr>
          <w:lang w:val="it-IT"/>
        </w:rPr>
        <w:t>di possedere comprovata esperienza operativa e/o tecnica maturata in società pubbliche/private o enti (descrivere sinteticamente le esperienze): __________________________________________</w:t>
      </w:r>
      <w:r w:rsidR="00E3263A" w:rsidRPr="00E3263A">
        <w:rPr>
          <w:lang w:val="it-IT"/>
        </w:rPr>
        <w:t>________________________________________________________________________________________________________________________________________________________</w:t>
      </w:r>
      <w:r w:rsidR="00E3263A" w:rsidRPr="00E3263A">
        <w:rPr>
          <w:lang w:val="it-IT"/>
        </w:rPr>
        <w:lastRenderedPageBreak/>
        <w:t>_______________________________________________________________________________________________________________________</w:t>
      </w:r>
      <w:r w:rsidR="00247279">
        <w:rPr>
          <w:lang w:val="it-IT"/>
        </w:rPr>
        <w:t>________________________________________________________________________</w:t>
      </w:r>
      <w:r w:rsidR="00E3263A" w:rsidRPr="00E3263A">
        <w:rPr>
          <w:lang w:val="it-IT"/>
        </w:rPr>
        <w:t>__</w:t>
      </w:r>
      <w:r w:rsidRPr="00E3263A">
        <w:rPr>
          <w:lang w:val="it-IT"/>
        </w:rPr>
        <w:t>;</w:t>
      </w:r>
    </w:p>
    <w:p w14:paraId="5CB783D8" w14:textId="4FD6F034" w:rsidR="00F13618" w:rsidRPr="00E3263A" w:rsidRDefault="00FD18D4" w:rsidP="00E3263A">
      <w:pPr>
        <w:pStyle w:val="Paragrafoelenco"/>
        <w:numPr>
          <w:ilvl w:val="0"/>
          <w:numId w:val="11"/>
        </w:numPr>
        <w:rPr>
          <w:lang w:val="it-IT"/>
        </w:rPr>
      </w:pPr>
      <w:r w:rsidRPr="00E3263A">
        <w:rPr>
          <w:lang w:val="it-IT"/>
        </w:rPr>
        <w:t>di non aver riportato condanne per reati contro la Pubblica Amministrazione o altre condanne rilevanti;</w:t>
      </w:r>
    </w:p>
    <w:p w14:paraId="388E39BF" w14:textId="0A0A3A59" w:rsidR="00F13618" w:rsidRPr="00E3263A" w:rsidRDefault="00FD18D4" w:rsidP="00E3263A">
      <w:pPr>
        <w:pStyle w:val="Paragrafoelenco"/>
        <w:numPr>
          <w:ilvl w:val="0"/>
          <w:numId w:val="11"/>
        </w:numPr>
        <w:rPr>
          <w:lang w:val="it-IT"/>
        </w:rPr>
      </w:pPr>
      <w:r w:rsidRPr="00E3263A">
        <w:rPr>
          <w:lang w:val="it-IT"/>
        </w:rPr>
        <w:t>di non trovarsi nei casi di ineleggibilità o decadenza ex art. 2382 c.c.;</w:t>
      </w:r>
    </w:p>
    <w:p w14:paraId="434A3079" w14:textId="1E13D8E4" w:rsidR="00F13618" w:rsidRPr="00E3263A" w:rsidRDefault="00FD18D4" w:rsidP="00E3263A">
      <w:pPr>
        <w:pStyle w:val="Paragrafoelenco"/>
        <w:numPr>
          <w:ilvl w:val="0"/>
          <w:numId w:val="11"/>
        </w:numPr>
        <w:rPr>
          <w:lang w:val="it-IT"/>
        </w:rPr>
      </w:pPr>
      <w:r w:rsidRPr="00E3263A">
        <w:rPr>
          <w:lang w:val="it-IT"/>
        </w:rPr>
        <w:t xml:space="preserve">di non trovarsi in condizioni di inconferibilità o incompatibilità ex </w:t>
      </w:r>
      <w:proofErr w:type="spellStart"/>
      <w:r w:rsidRPr="00E3263A">
        <w:rPr>
          <w:lang w:val="it-IT"/>
        </w:rPr>
        <w:t>D.Lgs</w:t>
      </w:r>
      <w:proofErr w:type="spellEnd"/>
      <w:r w:rsidRPr="00E3263A">
        <w:rPr>
          <w:lang w:val="it-IT"/>
        </w:rPr>
        <w:t xml:space="preserve"> 39/2013;</w:t>
      </w:r>
    </w:p>
    <w:p w14:paraId="103274DE" w14:textId="39BD7C18" w:rsidR="00F13618" w:rsidRPr="00E3263A" w:rsidRDefault="00FD18D4" w:rsidP="00E3263A">
      <w:pPr>
        <w:pStyle w:val="Paragrafoelenco"/>
        <w:numPr>
          <w:ilvl w:val="0"/>
          <w:numId w:val="11"/>
        </w:numPr>
        <w:rPr>
          <w:lang w:val="it-IT"/>
        </w:rPr>
      </w:pPr>
      <w:r w:rsidRPr="00E3263A">
        <w:rPr>
          <w:lang w:val="it-IT"/>
        </w:rPr>
        <w:t>di non essere collocato/a in quiescenza</w:t>
      </w:r>
      <w:r w:rsidR="00E3263A">
        <w:rPr>
          <w:lang w:val="it-IT"/>
        </w:rPr>
        <w:t>, salvo quanto precisato dal bando _________________________________________________________________________</w:t>
      </w:r>
      <w:r w:rsidR="00247279">
        <w:rPr>
          <w:lang w:val="it-IT"/>
        </w:rPr>
        <w:t>__</w:t>
      </w:r>
      <w:r w:rsidR="00E3263A">
        <w:rPr>
          <w:lang w:val="it-IT"/>
        </w:rPr>
        <w:t>_________</w:t>
      </w:r>
    </w:p>
    <w:p w14:paraId="7ABA1321" w14:textId="2B61E1C7" w:rsidR="00F13618" w:rsidRPr="00E3263A" w:rsidRDefault="00FD18D4" w:rsidP="00E3263A">
      <w:pPr>
        <w:pStyle w:val="Paragrafoelenco"/>
        <w:numPr>
          <w:ilvl w:val="0"/>
          <w:numId w:val="11"/>
        </w:numPr>
        <w:rPr>
          <w:lang w:val="it-IT"/>
        </w:rPr>
      </w:pPr>
      <w:r w:rsidRPr="00E3263A">
        <w:rPr>
          <w:lang w:val="it-IT"/>
        </w:rPr>
        <w:t xml:space="preserve">di non essere dipendente del Comune di Palau ai sensi dell’art. 11 comma 8 </w:t>
      </w:r>
      <w:proofErr w:type="spellStart"/>
      <w:r w:rsidRPr="00E3263A">
        <w:rPr>
          <w:lang w:val="it-IT"/>
        </w:rPr>
        <w:t>D.Lgs.</w:t>
      </w:r>
      <w:proofErr w:type="spellEnd"/>
      <w:r w:rsidRPr="00E3263A">
        <w:rPr>
          <w:lang w:val="it-IT"/>
        </w:rPr>
        <w:t xml:space="preserve"> 175/2016;</w:t>
      </w:r>
    </w:p>
    <w:p w14:paraId="4F7CD8D1" w14:textId="006776A8" w:rsidR="00F13618" w:rsidRPr="00E3263A" w:rsidRDefault="00FD18D4" w:rsidP="00E3263A">
      <w:pPr>
        <w:pStyle w:val="Paragrafoelenco"/>
        <w:numPr>
          <w:ilvl w:val="0"/>
          <w:numId w:val="11"/>
        </w:numPr>
        <w:rPr>
          <w:lang w:val="it-IT"/>
        </w:rPr>
      </w:pPr>
      <w:r w:rsidRPr="00E3263A">
        <w:rPr>
          <w:lang w:val="it-IT"/>
        </w:rPr>
        <w:t>di impegnarsi a comunicare tempestivamente eventuali variazioni delle condizioni dichiarate;</w:t>
      </w:r>
    </w:p>
    <w:p w14:paraId="03969F46" w14:textId="565C5D4D" w:rsidR="00F13618" w:rsidRPr="00E3263A" w:rsidRDefault="00FD18D4" w:rsidP="00E3263A">
      <w:pPr>
        <w:pStyle w:val="Paragrafoelenco"/>
        <w:numPr>
          <w:ilvl w:val="0"/>
          <w:numId w:val="11"/>
        </w:numPr>
        <w:rPr>
          <w:lang w:val="it-IT"/>
        </w:rPr>
      </w:pPr>
      <w:r w:rsidRPr="00E3263A">
        <w:rPr>
          <w:lang w:val="it-IT"/>
        </w:rPr>
        <w:t>di non trovarsi in condizioni di conflitto di interessi rispetto all’incarico;</w:t>
      </w:r>
    </w:p>
    <w:p w14:paraId="4468EFA2" w14:textId="7657BD2B" w:rsidR="00F13618" w:rsidRPr="00E3263A" w:rsidRDefault="00FD18D4" w:rsidP="00E3263A">
      <w:pPr>
        <w:pStyle w:val="Paragrafoelenco"/>
        <w:numPr>
          <w:ilvl w:val="0"/>
          <w:numId w:val="11"/>
        </w:numPr>
        <w:rPr>
          <w:lang w:val="it-IT"/>
        </w:rPr>
      </w:pPr>
      <w:r w:rsidRPr="00E3263A">
        <w:rPr>
          <w:lang w:val="it-IT"/>
        </w:rPr>
        <w:t>di accettare preventivamente la nomina qualora conferita;</w:t>
      </w:r>
    </w:p>
    <w:p w14:paraId="7CB8C242" w14:textId="52546B22" w:rsidR="00F13618" w:rsidRPr="00E3263A" w:rsidRDefault="00FD18D4" w:rsidP="00E3263A">
      <w:pPr>
        <w:pStyle w:val="Paragrafoelenco"/>
        <w:numPr>
          <w:ilvl w:val="0"/>
          <w:numId w:val="11"/>
        </w:numPr>
        <w:rPr>
          <w:lang w:val="it-IT"/>
        </w:rPr>
      </w:pPr>
      <w:r w:rsidRPr="00E3263A">
        <w:rPr>
          <w:lang w:val="it-IT"/>
        </w:rPr>
        <w:t xml:space="preserve">di </w:t>
      </w:r>
      <w:r w:rsidR="00E3263A" w:rsidRPr="00E3263A">
        <w:rPr>
          <w:lang w:val="it-IT"/>
        </w:rPr>
        <w:t>non avere requisiti che non permettano di rispettare</w:t>
      </w:r>
      <w:r w:rsidRPr="00E3263A">
        <w:rPr>
          <w:lang w:val="it-IT"/>
        </w:rPr>
        <w:t xml:space="preserve"> divieto di </w:t>
      </w:r>
      <w:proofErr w:type="spellStart"/>
      <w:r w:rsidRPr="00E3263A">
        <w:rPr>
          <w:lang w:val="it-IT"/>
        </w:rPr>
        <w:t>pantouflage</w:t>
      </w:r>
      <w:proofErr w:type="spellEnd"/>
      <w:r w:rsidRPr="00E3263A">
        <w:rPr>
          <w:lang w:val="it-IT"/>
        </w:rPr>
        <w:t xml:space="preserve"> ex art. 53, comma 16-ter, </w:t>
      </w:r>
      <w:proofErr w:type="spellStart"/>
      <w:r w:rsidRPr="00E3263A">
        <w:rPr>
          <w:lang w:val="it-IT"/>
        </w:rPr>
        <w:t>D.Lgs</w:t>
      </w:r>
      <w:proofErr w:type="spellEnd"/>
      <w:r w:rsidRPr="00E3263A">
        <w:rPr>
          <w:lang w:val="it-IT"/>
        </w:rPr>
        <w:t xml:space="preserve"> 165/2001;</w:t>
      </w:r>
    </w:p>
    <w:p w14:paraId="6E114C33" w14:textId="77777777" w:rsidR="00E3263A" w:rsidRDefault="00FD18D4" w:rsidP="00E3263A">
      <w:pPr>
        <w:pStyle w:val="Paragrafoelenco"/>
        <w:numPr>
          <w:ilvl w:val="0"/>
          <w:numId w:val="11"/>
        </w:numPr>
        <w:spacing w:after="0" w:line="240" w:lineRule="auto"/>
        <w:jc w:val="both"/>
        <w:rPr>
          <w:lang w:val="it-IT"/>
        </w:rPr>
      </w:pPr>
      <w:r w:rsidRPr="00E3263A">
        <w:rPr>
          <w:lang w:val="it-IT"/>
        </w:rPr>
        <w:t>di impegnarsi a presentare annualmente la dichiarazione di insussistenza delle cause di incompatibilità;</w:t>
      </w:r>
    </w:p>
    <w:p w14:paraId="54C19362" w14:textId="4D4F1624" w:rsidR="00E3263A" w:rsidRPr="00E3263A" w:rsidRDefault="00E3263A" w:rsidP="00E3263A">
      <w:pPr>
        <w:pStyle w:val="Paragrafoelenco"/>
        <w:numPr>
          <w:ilvl w:val="0"/>
          <w:numId w:val="11"/>
        </w:numPr>
        <w:spacing w:after="0" w:line="240" w:lineRule="auto"/>
        <w:jc w:val="both"/>
        <w:rPr>
          <w:lang w:val="it-IT"/>
        </w:rPr>
      </w:pPr>
      <w:r w:rsidRPr="00E3263A">
        <w:rPr>
          <w:lang w:val="it-IT"/>
        </w:rPr>
        <w:t>Di essere in posizione regolare nei confronti degli obblighi di leva (solo per i candidati di sesso maschile nati dopo il 31.12.1985);</w:t>
      </w:r>
    </w:p>
    <w:p w14:paraId="3235CB36" w14:textId="354E683B" w:rsidR="00E3263A" w:rsidRPr="00E3263A" w:rsidRDefault="00E3263A" w:rsidP="00E3263A">
      <w:pPr>
        <w:pStyle w:val="Paragrafoelenco"/>
        <w:numPr>
          <w:ilvl w:val="0"/>
          <w:numId w:val="11"/>
        </w:numPr>
        <w:spacing w:line="240" w:lineRule="auto"/>
        <w:jc w:val="both"/>
        <w:rPr>
          <w:lang w:val="it-IT"/>
        </w:rPr>
      </w:pPr>
      <w:r w:rsidRPr="00E3263A">
        <w:rPr>
          <w:lang w:val="it-IT"/>
        </w:rPr>
        <w:t xml:space="preserve">non dovranno essere stati nei cinque anni precedenti amministratore di ente, </w:t>
      </w:r>
      <w:r w:rsidR="00247279">
        <w:rPr>
          <w:lang w:val="it-IT"/>
        </w:rPr>
        <w:t>i</w:t>
      </w:r>
      <w:r w:rsidRPr="00E3263A">
        <w:rPr>
          <w:lang w:val="it-IT"/>
        </w:rPr>
        <w:t>stituzione, azienda pubblica, società a totale o parziale capitale pubblico che abbiano chiuso in perdita tre esercizi consecutivi, con esclusione dal computo degli esercizi 2021 e 2022</w:t>
      </w:r>
    </w:p>
    <w:p w14:paraId="56921CFD" w14:textId="77777777" w:rsidR="00F13618" w:rsidRPr="00AD3FC5" w:rsidRDefault="00FD18D4">
      <w:pPr>
        <w:pStyle w:val="Titolo2"/>
        <w:rPr>
          <w:lang w:val="it-IT"/>
        </w:rPr>
      </w:pPr>
      <w:r w:rsidRPr="00AD3FC5">
        <w:rPr>
          <w:lang w:val="it-IT"/>
        </w:rPr>
        <w:t>ALLEGATI</w:t>
      </w:r>
    </w:p>
    <w:p w14:paraId="3E6EFB24" w14:textId="77777777" w:rsidR="00F13618" w:rsidRPr="00AD3FC5" w:rsidRDefault="00FD18D4">
      <w:pPr>
        <w:rPr>
          <w:lang w:val="it-IT"/>
        </w:rPr>
      </w:pPr>
      <w:r w:rsidRPr="00AD3FC5">
        <w:rPr>
          <w:lang w:val="it-IT"/>
        </w:rPr>
        <w:t>- Curriculum vitae;</w:t>
      </w:r>
    </w:p>
    <w:p w14:paraId="02DC2A8A" w14:textId="047A76A3" w:rsidR="00F13618" w:rsidRPr="00AD3FC5" w:rsidRDefault="00FD18D4">
      <w:pPr>
        <w:rPr>
          <w:lang w:val="it-IT"/>
        </w:rPr>
      </w:pPr>
      <w:r w:rsidRPr="00AD3FC5">
        <w:rPr>
          <w:lang w:val="it-IT"/>
        </w:rPr>
        <w:t>- Documento di identità in corso di validità.</w:t>
      </w:r>
    </w:p>
    <w:p w14:paraId="5358A388" w14:textId="77777777" w:rsidR="00F13618" w:rsidRPr="00AD3FC5" w:rsidRDefault="00FD18D4">
      <w:pPr>
        <w:rPr>
          <w:lang w:val="it-IT"/>
        </w:rPr>
      </w:pPr>
      <w:r w:rsidRPr="00AD3FC5">
        <w:rPr>
          <w:lang w:val="it-IT"/>
        </w:rPr>
        <w:br/>
        <w:t>Luogo e data: _______________________________</w:t>
      </w:r>
    </w:p>
    <w:p w14:paraId="7201B9F6" w14:textId="77777777" w:rsidR="00247279" w:rsidRDefault="00247279">
      <w:pPr>
        <w:rPr>
          <w:lang w:val="it-IT"/>
        </w:rPr>
      </w:pPr>
    </w:p>
    <w:p w14:paraId="0A86897B" w14:textId="69260103" w:rsidR="00F13618" w:rsidRPr="00AD3FC5" w:rsidRDefault="00FD18D4">
      <w:pPr>
        <w:rPr>
          <w:lang w:val="it-IT"/>
        </w:rPr>
      </w:pPr>
      <w:r w:rsidRPr="00AD3FC5">
        <w:rPr>
          <w:lang w:val="it-IT"/>
        </w:rPr>
        <w:br/>
      </w:r>
      <w:r w:rsidRPr="00AD3FC5">
        <w:rPr>
          <w:lang w:val="it-IT"/>
        </w:rPr>
        <w:t>_______________________________</w:t>
      </w:r>
    </w:p>
    <w:p w14:paraId="6654DB78" w14:textId="77777777" w:rsidR="00F13618" w:rsidRPr="00AD3FC5" w:rsidRDefault="00FD18D4">
      <w:pPr>
        <w:rPr>
          <w:lang w:val="it-IT"/>
        </w:rPr>
      </w:pPr>
      <w:r w:rsidRPr="00AD3FC5">
        <w:rPr>
          <w:lang w:val="it-IT"/>
        </w:rPr>
        <w:t>Firma del candidato</w:t>
      </w:r>
    </w:p>
    <w:sectPr w:rsidR="00F13618" w:rsidRPr="00AD3FC5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oelenc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oelenc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toelenc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toelenc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392A3099"/>
    <w:multiLevelType w:val="hybridMultilevel"/>
    <w:tmpl w:val="0C80EDB6"/>
    <w:lvl w:ilvl="0" w:tplc="E9B2EFEE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B3122B3"/>
    <w:multiLevelType w:val="hybridMultilevel"/>
    <w:tmpl w:val="C1A69B56"/>
    <w:lvl w:ilvl="0" w:tplc="E9B2EFEE">
      <w:start w:val="1"/>
      <w:numFmt w:val="bullet"/>
      <w:lvlText w:val="□"/>
      <w:lvlJc w:val="left"/>
      <w:pPr>
        <w:ind w:left="764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8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4" w:hanging="360"/>
      </w:pPr>
      <w:rPr>
        <w:rFonts w:ascii="Wingdings" w:hAnsi="Wingdings" w:hint="default"/>
      </w:rPr>
    </w:lvl>
  </w:abstractNum>
  <w:abstractNum w:abstractNumId="11" w15:restartNumberingAfterBreak="0">
    <w:nsid w:val="682A5A86"/>
    <w:multiLevelType w:val="hybridMultilevel"/>
    <w:tmpl w:val="FFFFFFFF"/>
    <w:lvl w:ilvl="0" w:tplc="34D4FE4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bCs w:val="0"/>
      </w:r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73ED20DD"/>
    <w:multiLevelType w:val="hybridMultilevel"/>
    <w:tmpl w:val="6E402CEE"/>
    <w:lvl w:ilvl="0" w:tplc="E9B2EFEE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91B586A"/>
    <w:multiLevelType w:val="hybridMultilevel"/>
    <w:tmpl w:val="3BB6283E"/>
    <w:lvl w:ilvl="0" w:tplc="E9B2EFEE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44748305">
    <w:abstractNumId w:val="8"/>
  </w:num>
  <w:num w:numId="2" w16cid:durableId="1782021923">
    <w:abstractNumId w:val="6"/>
  </w:num>
  <w:num w:numId="3" w16cid:durableId="1381051558">
    <w:abstractNumId w:val="5"/>
  </w:num>
  <w:num w:numId="4" w16cid:durableId="886918499">
    <w:abstractNumId w:val="4"/>
  </w:num>
  <w:num w:numId="5" w16cid:durableId="1779635741">
    <w:abstractNumId w:val="7"/>
  </w:num>
  <w:num w:numId="6" w16cid:durableId="1587030486">
    <w:abstractNumId w:val="3"/>
  </w:num>
  <w:num w:numId="7" w16cid:durableId="657465441">
    <w:abstractNumId w:val="2"/>
  </w:num>
  <w:num w:numId="8" w16cid:durableId="810901862">
    <w:abstractNumId w:val="1"/>
  </w:num>
  <w:num w:numId="9" w16cid:durableId="1900744612">
    <w:abstractNumId w:val="0"/>
  </w:num>
  <w:num w:numId="10" w16cid:durableId="1323310650">
    <w:abstractNumId w:val="10"/>
  </w:num>
  <w:num w:numId="11" w16cid:durableId="1250963508">
    <w:abstractNumId w:val="12"/>
  </w:num>
  <w:num w:numId="12" w16cid:durableId="834145653">
    <w:abstractNumId w:val="11"/>
  </w:num>
  <w:num w:numId="13" w16cid:durableId="742216588">
    <w:abstractNumId w:val="13"/>
  </w:num>
  <w:num w:numId="14" w16cid:durableId="205338367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/>
  <w:defaultTabStop w:val="720"/>
  <w:hyphenationZone w:val="283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1C6778"/>
    <w:rsid w:val="001F0CE5"/>
    <w:rsid w:val="00247279"/>
    <w:rsid w:val="0029639D"/>
    <w:rsid w:val="00326F90"/>
    <w:rsid w:val="00AA1D8D"/>
    <w:rsid w:val="00AD3FC5"/>
    <w:rsid w:val="00B45054"/>
    <w:rsid w:val="00B47730"/>
    <w:rsid w:val="00CB0664"/>
    <w:rsid w:val="00E3263A"/>
    <w:rsid w:val="00EA3C73"/>
    <w:rsid w:val="00F13618"/>
    <w:rsid w:val="00F41EDE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C43489C"/>
  <w14:defaultImageDpi w14:val="300"/>
  <w15:docId w15:val="{C1997FA3-F471-4839-A542-9455DA1825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C693F"/>
  </w:style>
  <w:style w:type="paragraph" w:styleId="Titolo1">
    <w:name w:val="heading 1"/>
    <w:basedOn w:val="Normale"/>
    <w:next w:val="Normale"/>
    <w:link w:val="Titolo1Carattere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18BF"/>
  </w:style>
  <w:style w:type="paragraph" w:styleId="Pidipagina">
    <w:name w:val="footer"/>
    <w:basedOn w:val="Normale"/>
    <w:link w:val="Pidipagina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18BF"/>
  </w:style>
  <w:style w:type="paragraph" w:styleId="Nessunaspaziatura">
    <w:name w:val="No Spacing"/>
    <w:uiPriority w:val="1"/>
    <w:qFormat/>
    <w:rsid w:val="00FC693F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">
    <w:name w:val="Title"/>
    <w:basedOn w:val="Normale"/>
    <w:next w:val="Normale"/>
    <w:link w:val="TitoloCarattere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FC693F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unhideWhenUsed/>
    <w:rsid w:val="00AA1D8D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AA1D8D"/>
  </w:style>
  <w:style w:type="paragraph" w:styleId="Corpodeltesto2">
    <w:name w:val="Body Text 2"/>
    <w:basedOn w:val="Normale"/>
    <w:link w:val="Corpodeltesto2Carattere"/>
    <w:uiPriority w:val="99"/>
    <w:unhideWhenUsed/>
    <w:rsid w:val="00AA1D8D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AA1D8D"/>
  </w:style>
  <w:style w:type="paragraph" w:styleId="Corpodeltesto3">
    <w:name w:val="Body Text 3"/>
    <w:basedOn w:val="Normale"/>
    <w:link w:val="Corpodeltesto3Carattere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AA1D8D"/>
    <w:rPr>
      <w:sz w:val="16"/>
      <w:szCs w:val="16"/>
    </w:rPr>
  </w:style>
  <w:style w:type="paragraph" w:styleId="Elenco">
    <w:name w:val="List"/>
    <w:basedOn w:val="Normale"/>
    <w:uiPriority w:val="99"/>
    <w:unhideWhenUsed/>
    <w:rsid w:val="00AA1D8D"/>
    <w:pPr>
      <w:ind w:left="360" w:hanging="360"/>
      <w:contextualSpacing/>
    </w:pPr>
  </w:style>
  <w:style w:type="paragraph" w:styleId="Elenco2">
    <w:name w:val="List 2"/>
    <w:basedOn w:val="Normale"/>
    <w:uiPriority w:val="99"/>
    <w:unhideWhenUsed/>
    <w:rsid w:val="00326F90"/>
    <w:pPr>
      <w:ind w:left="720" w:hanging="360"/>
      <w:contextualSpacing/>
    </w:pPr>
  </w:style>
  <w:style w:type="paragraph" w:styleId="Elenco3">
    <w:name w:val="List 3"/>
    <w:basedOn w:val="Normale"/>
    <w:uiPriority w:val="99"/>
    <w:unhideWhenUsed/>
    <w:rsid w:val="00326F90"/>
    <w:pPr>
      <w:ind w:left="1080" w:hanging="360"/>
      <w:contextualSpacing/>
    </w:pPr>
  </w:style>
  <w:style w:type="paragraph" w:styleId="Puntoelenco">
    <w:name w:val="List Bullet"/>
    <w:basedOn w:val="Normale"/>
    <w:uiPriority w:val="99"/>
    <w:unhideWhenUsed/>
    <w:rsid w:val="00326F90"/>
    <w:pPr>
      <w:numPr>
        <w:numId w:val="1"/>
      </w:numPr>
      <w:contextualSpacing/>
    </w:pPr>
  </w:style>
  <w:style w:type="paragraph" w:styleId="Puntoelenco2">
    <w:name w:val="List Bullet 2"/>
    <w:basedOn w:val="Normale"/>
    <w:uiPriority w:val="99"/>
    <w:unhideWhenUsed/>
    <w:rsid w:val="00326F90"/>
    <w:pPr>
      <w:numPr>
        <w:numId w:val="2"/>
      </w:numPr>
      <w:contextualSpacing/>
    </w:pPr>
  </w:style>
  <w:style w:type="paragraph" w:styleId="Puntoelenco3">
    <w:name w:val="List Bullet 3"/>
    <w:basedOn w:val="Normale"/>
    <w:uiPriority w:val="99"/>
    <w:unhideWhenUsed/>
    <w:rsid w:val="00326F90"/>
    <w:pPr>
      <w:numPr>
        <w:numId w:val="3"/>
      </w:numPr>
      <w:contextualSpacing/>
    </w:pPr>
  </w:style>
  <w:style w:type="paragraph" w:styleId="Numeroelenco">
    <w:name w:val="List Number"/>
    <w:basedOn w:val="Normale"/>
    <w:uiPriority w:val="99"/>
    <w:unhideWhenUsed/>
    <w:rsid w:val="00326F90"/>
    <w:pPr>
      <w:numPr>
        <w:numId w:val="5"/>
      </w:numPr>
      <w:contextualSpacing/>
    </w:pPr>
  </w:style>
  <w:style w:type="paragraph" w:styleId="Numeroelenco2">
    <w:name w:val="List Number 2"/>
    <w:basedOn w:val="Normale"/>
    <w:uiPriority w:val="99"/>
    <w:unhideWhenUsed/>
    <w:rsid w:val="0029639D"/>
    <w:pPr>
      <w:numPr>
        <w:numId w:val="6"/>
      </w:numPr>
      <w:contextualSpacing/>
    </w:pPr>
  </w:style>
  <w:style w:type="paragraph" w:styleId="Numeroelenco3">
    <w:name w:val="List Number 3"/>
    <w:basedOn w:val="Normale"/>
    <w:uiPriority w:val="99"/>
    <w:unhideWhenUsed/>
    <w:rsid w:val="0029639D"/>
    <w:pPr>
      <w:numPr>
        <w:numId w:val="7"/>
      </w:numPr>
      <w:contextualSpacing/>
    </w:pPr>
  </w:style>
  <w:style w:type="paragraph" w:styleId="Elencocontinua">
    <w:name w:val="List Continue"/>
    <w:basedOn w:val="Normale"/>
    <w:uiPriority w:val="99"/>
    <w:unhideWhenUsed/>
    <w:rsid w:val="0029639D"/>
    <w:pPr>
      <w:spacing w:after="120"/>
      <w:ind w:left="360"/>
      <w:contextualSpacing/>
    </w:pPr>
  </w:style>
  <w:style w:type="paragraph" w:styleId="Elencocontinua2">
    <w:name w:val="List Continue 2"/>
    <w:basedOn w:val="Normale"/>
    <w:uiPriority w:val="99"/>
    <w:unhideWhenUsed/>
    <w:rsid w:val="0029639D"/>
    <w:pPr>
      <w:spacing w:after="120"/>
      <w:ind w:left="720"/>
      <w:contextualSpacing/>
    </w:pPr>
  </w:style>
  <w:style w:type="paragraph" w:styleId="Elencocontinua3">
    <w:name w:val="List Continue 3"/>
    <w:basedOn w:val="Normale"/>
    <w:uiPriority w:val="99"/>
    <w:unhideWhenUsed/>
    <w:rsid w:val="0029639D"/>
    <w:pPr>
      <w:spacing w:after="120"/>
      <w:ind w:left="1080"/>
      <w:contextualSpacing/>
    </w:pPr>
  </w:style>
  <w:style w:type="paragraph" w:styleId="Testomacro">
    <w:name w:val="macro"/>
    <w:link w:val="TestomacroCarattere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stomacroCarattere">
    <w:name w:val="Testo macro Carattere"/>
    <w:basedOn w:val="Carpredefinitoparagrafo"/>
    <w:link w:val="Testomacro"/>
    <w:uiPriority w:val="99"/>
    <w:rsid w:val="0029639D"/>
    <w:rPr>
      <w:rFonts w:ascii="Courier" w:hAnsi="Courier"/>
      <w:sz w:val="20"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C693F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C693F"/>
    <w:rPr>
      <w:i/>
      <w:iCs/>
      <w:color w:val="000000" w:themeColor="tex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Enfasigrassetto">
    <w:name w:val="Strong"/>
    <w:basedOn w:val="Carpredefinitoparagrafo"/>
    <w:uiPriority w:val="22"/>
    <w:qFormat/>
    <w:rsid w:val="00FC693F"/>
    <w:rPr>
      <w:b/>
      <w:bCs/>
    </w:rPr>
  </w:style>
  <w:style w:type="character" w:styleId="Enfasicorsivo">
    <w:name w:val="Emphasis"/>
    <w:basedOn w:val="Carpredefinitoparagrafo"/>
    <w:uiPriority w:val="20"/>
    <w:qFormat/>
    <w:rsid w:val="00FC693F"/>
    <w:rPr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C693F"/>
    <w:rPr>
      <w:b/>
      <w:bCs/>
      <w:i/>
      <w:iCs/>
      <w:color w:val="4F81BD" w:themeColor="accent1"/>
    </w:rPr>
  </w:style>
  <w:style w:type="character" w:styleId="Enfasidelicata">
    <w:name w:val="Subtle Emphasis"/>
    <w:basedOn w:val="Carpredefinitoparagrafo"/>
    <w:uiPriority w:val="19"/>
    <w:qFormat/>
    <w:rsid w:val="00FC693F"/>
    <w:rPr>
      <w:i/>
      <w:iCs/>
      <w:color w:val="808080" w:themeColor="text1" w:themeTint="7F"/>
    </w:rPr>
  </w:style>
  <w:style w:type="character" w:styleId="Enfasiintensa">
    <w:name w:val="Intense Emphasis"/>
    <w:basedOn w:val="Carpredefinitoparagrafo"/>
    <w:uiPriority w:val="21"/>
    <w:qFormat/>
    <w:rsid w:val="00FC693F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FC693F"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FC693F"/>
    <w:rPr>
      <w:b/>
      <w:bCs/>
      <w:smallCaps/>
      <w:spacing w:val="5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FC693F"/>
    <w:pPr>
      <w:outlineLvl w:val="9"/>
    </w:pPr>
  </w:style>
  <w:style w:type="table" w:styleId="Grigliatabella">
    <w:name w:val="Table Grid"/>
    <w:basedOn w:val="Tabellanorma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fondochiaro">
    <w:name w:val="Light Shading"/>
    <w:basedOn w:val="Tabellanorma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gliachiara">
    <w:name w:val="Light Grid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fondomedio1">
    <w:name w:val="Medium Shading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489</Words>
  <Characters>2791</Characters>
  <Application>Microsoft Office Word</Application>
  <DocSecurity>0</DocSecurity>
  <Lines>23</Lines>
  <Paragraphs>6</Paragraphs>
  <ScaleCrop>false</ScaleCrop>
  <HeadingPairs>
    <vt:vector size="6" baseType="variant">
      <vt:variant>
        <vt:lpstr>Titolo</vt:lpstr>
      </vt:variant>
      <vt:variant>
        <vt:i4>1</vt:i4>
      </vt:variant>
      <vt:variant>
        <vt:lpstr>Intestazioni</vt:lpstr>
      </vt:variant>
      <vt:variant>
        <vt:i4>3</vt:i4>
      </vt:variant>
      <vt:variant>
        <vt:lpstr>Title</vt:lpstr>
      </vt:variant>
      <vt:variant>
        <vt:i4>1</vt:i4>
      </vt:variant>
    </vt:vector>
  </HeadingPairs>
  <TitlesOfParts>
    <vt:vector size="5" baseType="lpstr">
      <vt:lpstr/>
      <vt:lpstr>    Il/La sottoscritto/a</vt:lpstr>
      <vt:lpstr>    DICHIARA</vt:lpstr>
      <vt:lpstr>    ALLEGATI</vt:lpstr>
      <vt:lpstr/>
    </vt:vector>
  </TitlesOfParts>
  <Manager/>
  <Company/>
  <LinksUpToDate>false</LinksUpToDate>
  <CharactersWithSpaces>3274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Finanziario - Comune di Palau</cp:lastModifiedBy>
  <cp:revision>5</cp:revision>
  <dcterms:created xsi:type="dcterms:W3CDTF">2026-01-19T12:19:00Z</dcterms:created>
  <dcterms:modified xsi:type="dcterms:W3CDTF">2026-01-19T12:57:00Z</dcterms:modified>
  <cp:category/>
</cp:coreProperties>
</file>